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﻿One day I was working the prison rec yard and talking to one of the inmates from the mental health unit I worked on. He was known as "Uncle Cy". "Uncle Cy" stood at the dayroom window everyday watching us work as he listened to his music through his ear buds. He was very simple minded, somewhat childlike, and as a young man was pushed into a fight by some drunken fellows he knew. He didn't want to fight, had never fought. I doubt he would have ever hurt a fly. But one punch killed a man he really didn’t want to hit.</w:t>
      </w:r>
    </w:p>
    <w:p>
      <w:r>
        <w:t>Raised on a sharecroppers farm, his mother had too many men coming by their house daily. They were evicted from the only home he had ever known. He had loved that farm and the farmers were like family. Born and raised there, he was twelve at that time.</w:t>
      </w:r>
    </w:p>
    <w:p>
      <w:r>
        <w:t>He was a gentle old soul and often tried to share his snacks with us, which was against the rules. Sometimes he made a comment or a joke, or laughed at what we said. Sometimes his eyes were closed as he stood listening to his music. He enjoyed our company, being close to us, and he enjoyed his music every day. I never knew what he listened to on his little prison radio.</w:t>
      </w:r>
    </w:p>
    <w:p>
      <w:r>
        <w:t>One day he was telling me about his earlier life. We stood in the sun on the recreation yard. My back was to the tall fence. Quietly he said, "Deys a butterfly watchin’ you, mista Rozzelle. Do you like the butterfly?" I wasn't sure what he was talking about and it was sometimes hard to understand his speech. Again he spoke, looking up, "The butterfly likes you, mista Rozzelle. It's got its eye on you right now, sho do." I looked up and a beautiful blue butterfly was sitting on the fence over my head. "Oh, cool," I said, "Yes, I like the butterfly, Cy, that's a nice one.</w:t>
      </w:r>
    </w:p>
    <w:p>
      <w:r>
        <w:t>He spoke again, quieter this time, "When dey get real still dey look like a wildflower, Mr. Rozzelle, sho do."</w:t>
      </w:r>
    </w:p>
    <w:p>
      <w:r>
        <w:t>It began to circle us, flying as butterflies do in their random, flitting way. Then he, an old black man with no freedom for over forty years, looked at me with clouded old eyes, smiling, and said, "God has sumpin' special planned for you, mista Rozzelle. Sumpin' very special. Sho do. He sho do."</w:t>
      </w:r>
    </w:p>
    <w:p>
      <w:r>
        <w:t>Then he ambled away, listening to his music and gazing at the mountain tops. God had sent me a message through this old man. I knew what the message meant without question.</w:t>
      </w:r>
    </w:p>
    <w:p>
      <w:r>
        <w:t>I watched Uncle Cy as he stood a short twenty or thirty feet away, listening to his music in the sun and looking away into the distance. I'm sure for that moment, he was far away from his prison.</w:t>
      </w:r>
    </w:p>
    <w:p>
      <w:r>
        <w:t>The sun then came from behind a small cloud and brightened up the rec yard and out of nowhere, on a very hot day, a soft breeze cooled my sweating face. The butterfly and the wildflower were significant in my life at that time. A lady. A particular lady. The message was clear to me..I smiled and silently said, "Thank you, Lord. I hear you. Thank you so much."</w:t>
      </w:r>
    </w:p>
    <w:p>
      <w:r>
        <w:t>What was happening? Was a hope, a wish, about to come true? The crest of the mountain, the sun and the cool breeze were speaking to me too. He was giving me hope. A moment just to say, "Hang in there just a little while longer. Patience. Have faith. I have a very special gift for your heart, for your life. It will be worth it. I promise."</w:t>
      </w:r>
    </w:p>
    <w:p>
      <w:r>
        <w:t>This could mean many things to other folks or maybe nothing. But to me, he wasn't only speaking of God’s promise of eternal life. He was speaking of things here in my life on earth too. Good things. The best of things. Hope. Love. I patiently waited with peace and bridled excitement, grateful for all I have been given and for all that has been promised. Faith, gratitude, love and a sense of peace surround me now.</w:t>
      </w:r>
    </w:p>
    <w:p>
      <w:r>
        <w:t>Sometimes His "words", God’s message, can loudly and boldly get in our faces. Other times it comes to us in the strangest of locations, quietly, and from an unexpected messenger, such as an inmate in a prison rec yard listening to music and patiently waiting for freedom. Forty years of waiting will teach a man patience. He became a messenger with God speaking through him. At least for one sunny day.</w:t>
      </w:r>
    </w:p>
    <w:p>
      <w:r>
        <w:t>Thank you, Lord, for all my blessings received and promised, for the butterflies and the wildflowers, for hope. And for an old friend, a black man on a prison rec yard who shared your message.</w:t>
      </w:r>
    </w:p>
    <w:p>
      <w:r>
        <w:t>On that hot summer day, Cy seemingly enjoyed his meager blessings. He smiled a lot and was happy, I like to think.</w:t>
      </w:r>
    </w:p>
    <w:p>
      <w:r>
        <w:t>Was his daydreaming about freedom, or a cool breeze, or about back on the old farm as a kid? I don't know. But his blessings are promised too. He can dream, even in a prison cell.</w:t>
      </w:r>
    </w:p>
    <w:p>
      <w:r>
        <w:t>I resigned from the prison the following year. I was told Uncle Cy finally gained his freedom a year or so later, his sentence paid in full. Word has it he lives with his brother and his brother's wife in a nearby town. I don't really know but I often wonder how my friend is doing.</w:t>
      </w:r>
    </w:p>
    <w:p>
      <w:r>
        <w:t>If I could speak to him just one more time I think I would say, "Hey old man, deys a butterfly watching you. Sho is. God has a special gift for you. He's got His eyes on you right now. Sho do. He sho do."</w:t>
      </w:r>
    </w:p>
    <w:p>
      <w:r>
        <w:t>My thanks to you, Uncle Cy. Fare thee well, my friend. Enjoy the butterflies and the wildflowers. Enjoy your freedom. You earned it. You deserve it now. Sho 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